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4C964F" w14:textId="77777777" w:rsidR="00E7624C" w:rsidRDefault="00F63C22">
      <w:pPr>
        <w:pStyle w:val="Heading1"/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1758462F" wp14:editId="30892B5A">
            <wp:simplePos x="0" y="0"/>
            <wp:positionH relativeFrom="page">
              <wp:posOffset>-14287</wp:posOffset>
            </wp:positionH>
            <wp:positionV relativeFrom="page">
              <wp:posOffset>-6878</wp:posOffset>
            </wp:positionV>
            <wp:extent cx="7781925" cy="10048875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81925" cy="10048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62F23E6" w14:textId="77777777" w:rsidR="00E7624C" w:rsidRDefault="00F63C22">
      <w:pPr>
        <w:pStyle w:val="Heading1"/>
      </w:pPr>
      <w:r>
        <w:lastRenderedPageBreak/>
        <w:t xml:space="preserve">Hilltop Guardianship </w:t>
      </w:r>
      <w:proofErr w:type="spellStart"/>
      <w:r>
        <w:t>Organisation</w:t>
      </w:r>
      <w:proofErr w:type="spellEnd"/>
    </w:p>
    <w:p w14:paraId="4981082B" w14:textId="77777777" w:rsidR="00E7624C" w:rsidRDefault="00F63C22">
      <w:pPr>
        <w:pStyle w:val="Heading2"/>
      </w:pPr>
      <w:r>
        <w:t xml:space="preserve">Staff Employment Contract </w:t>
      </w:r>
    </w:p>
    <w:p w14:paraId="76233CC0" w14:textId="77777777" w:rsidR="00E7624C" w:rsidRDefault="00F63C22">
      <w:pPr>
        <w:pStyle w:val="Heading2"/>
      </w:pPr>
      <w:r>
        <w:t>1. Parties</w:t>
      </w:r>
    </w:p>
    <w:p w14:paraId="40DE7781" w14:textId="77777777" w:rsidR="00E7624C" w:rsidRDefault="00F63C22">
      <w:r>
        <w:t xml:space="preserve">This contract is made between Hilltop Guardianship </w:t>
      </w:r>
      <w:proofErr w:type="spellStart"/>
      <w:r>
        <w:t>Organisation</w:t>
      </w:r>
      <w:proofErr w:type="spellEnd"/>
      <w:r>
        <w:t xml:space="preserve"> ('the Employer') and [Employee Name] ('the Employee').</w:t>
      </w:r>
    </w:p>
    <w:p w14:paraId="319B5D1E" w14:textId="77777777" w:rsidR="00E7624C" w:rsidRDefault="00F63C22">
      <w:pPr>
        <w:pStyle w:val="Heading2"/>
      </w:pPr>
      <w:r>
        <w:t>2. Job Title and Duties</w:t>
      </w:r>
    </w:p>
    <w:p w14:paraId="305005CA" w14:textId="77777777" w:rsidR="00E7624C" w:rsidRDefault="00F63C22">
      <w:r>
        <w:t xml:space="preserve">The Employee is employed as [Job </w:t>
      </w:r>
      <w:r>
        <w:t>Title]. A detailed job description is provided separately. The Employee agrees to carry out the duties and responsibilities assigned, including safeguarding responsibilities, in accordance with AEGIS standards and UK legislation.</w:t>
      </w:r>
    </w:p>
    <w:p w14:paraId="08FAF193" w14:textId="77777777" w:rsidR="00E7624C" w:rsidRDefault="00F63C22">
      <w:pPr>
        <w:pStyle w:val="Heading2"/>
      </w:pPr>
      <w:r>
        <w:t>3. Start Date and Probatio</w:t>
      </w:r>
      <w:r>
        <w:t>n</w:t>
      </w:r>
    </w:p>
    <w:p w14:paraId="1E124A0E" w14:textId="77777777" w:rsidR="00E7624C" w:rsidRDefault="00F63C22">
      <w:r>
        <w:t>The employment will commence on [Start Date]. The first [6] months of employment will constitute a probationary period, during which performance will be monitored.</w:t>
      </w:r>
    </w:p>
    <w:p w14:paraId="3EAFB0A9" w14:textId="77777777" w:rsidR="00E7624C" w:rsidRDefault="00F63C22">
      <w:pPr>
        <w:pStyle w:val="Heading2"/>
      </w:pPr>
      <w:r>
        <w:t>4. Hours of Work</w:t>
      </w:r>
    </w:p>
    <w:p w14:paraId="7519185C" w14:textId="77777777" w:rsidR="00E7624C" w:rsidRDefault="00F63C22">
      <w:r>
        <w:t>The Employee is expected to work [number] hours per week, normally betwee</w:t>
      </w:r>
      <w:r>
        <w:t>n [days/times]. Reasonable flexibility is required to meet the needs of students, including occasional evenings and weekends.</w:t>
      </w:r>
    </w:p>
    <w:p w14:paraId="5EC880E0" w14:textId="77777777" w:rsidR="00E7624C" w:rsidRDefault="00F63C22">
      <w:pPr>
        <w:pStyle w:val="Heading2"/>
      </w:pPr>
      <w:r>
        <w:t>5. Salary</w:t>
      </w:r>
    </w:p>
    <w:p w14:paraId="4D04EA2A" w14:textId="77777777" w:rsidR="00E7624C" w:rsidRDefault="00F63C22">
      <w:r>
        <w:t>The Employee will be paid a salary of £[amount] per annum, payable monthly in arrears. All payments will be made by bank</w:t>
      </w:r>
      <w:r>
        <w:t xml:space="preserve"> transfer into a UK bank account nominated by the Employee.</w:t>
      </w:r>
    </w:p>
    <w:p w14:paraId="50983076" w14:textId="77777777" w:rsidR="00E7624C" w:rsidRDefault="00F63C22">
      <w:pPr>
        <w:pStyle w:val="Heading2"/>
      </w:pPr>
      <w:r>
        <w:t>6. Holidays</w:t>
      </w:r>
    </w:p>
    <w:p w14:paraId="79880B96" w14:textId="77777777" w:rsidR="00E7624C" w:rsidRDefault="00F63C22">
      <w:r>
        <w:t>The Employee is entitled to [number] days of paid annual leave per year, in addition to public holidays in England. Leave must be approved in advance by the Employer.</w:t>
      </w:r>
    </w:p>
    <w:p w14:paraId="733168D5" w14:textId="77777777" w:rsidR="00E7624C" w:rsidRDefault="00F63C22">
      <w:pPr>
        <w:pStyle w:val="Heading2"/>
      </w:pPr>
      <w:r>
        <w:t>7. Safeguarding a</w:t>
      </w:r>
      <w:r>
        <w:t>nd Conduct</w:t>
      </w:r>
    </w:p>
    <w:p w14:paraId="498FB095" w14:textId="77777777" w:rsidR="00E7624C" w:rsidRDefault="00F63C22">
      <w:r>
        <w:t xml:space="preserve">The Employee must </w:t>
      </w:r>
      <w:proofErr w:type="gramStart"/>
      <w:r>
        <w:t>adhere to Hilltop’s safeguarding and child protection policies at all times</w:t>
      </w:r>
      <w:proofErr w:type="gramEnd"/>
      <w:r>
        <w:t>. A valid DBS check must be maintained. The Employee must uphold professional standards of conduct and act in the best interests of students under Hillt</w:t>
      </w:r>
      <w:r>
        <w:t>op’s care.</w:t>
      </w:r>
    </w:p>
    <w:p w14:paraId="2876320D" w14:textId="77777777" w:rsidR="00E7624C" w:rsidRDefault="00F63C22">
      <w:pPr>
        <w:pStyle w:val="Heading2"/>
      </w:pPr>
      <w:r>
        <w:t>8. Confidentiality and Data Protection</w:t>
      </w:r>
    </w:p>
    <w:p w14:paraId="596AE21B" w14:textId="77777777" w:rsidR="00E7624C" w:rsidRDefault="00F63C22">
      <w:r>
        <w:t>The Employee must maintain confidentiality regarding all student and family information. Data must be handled in accordance with Hilltop’s Data Protection Policy and UK GDPR requirements.</w:t>
      </w:r>
    </w:p>
    <w:p w14:paraId="7471074A" w14:textId="77777777" w:rsidR="00E7624C" w:rsidRDefault="00F63C22">
      <w:pPr>
        <w:pStyle w:val="Heading2"/>
      </w:pPr>
      <w:r>
        <w:lastRenderedPageBreak/>
        <w:t xml:space="preserve">9. Termination of </w:t>
      </w:r>
      <w:r>
        <w:t>Employment</w:t>
      </w:r>
    </w:p>
    <w:p w14:paraId="2F3187C9" w14:textId="77777777" w:rsidR="00E7624C" w:rsidRDefault="00F63C22">
      <w:r>
        <w:t>Either party may terminate this agreement by giving [notice period] written notice. The Employer reserves the right to terminate employment without notice in cases of gross misconduct.</w:t>
      </w:r>
    </w:p>
    <w:p w14:paraId="1A33050F" w14:textId="77777777" w:rsidR="00E7624C" w:rsidRDefault="00F63C22">
      <w:pPr>
        <w:pStyle w:val="Heading2"/>
      </w:pPr>
      <w:r>
        <w:t>10. Signatures</w:t>
      </w:r>
    </w:p>
    <w:p w14:paraId="3255DE87" w14:textId="77777777" w:rsidR="00E7624C" w:rsidRDefault="00F63C22">
      <w:r>
        <w:br/>
        <w:t>Signed for and on behalf of Hilltop Guardian</w:t>
      </w:r>
      <w:r>
        <w:t xml:space="preserve">ship </w:t>
      </w:r>
      <w:proofErr w:type="spellStart"/>
      <w:r>
        <w:t>Organisation</w:t>
      </w:r>
      <w:proofErr w:type="spellEnd"/>
      <w:r>
        <w:t>:</w:t>
      </w:r>
      <w:r>
        <w:br/>
      </w:r>
      <w:r>
        <w:br/>
        <w:t>___________________________   Date: ___________</w:t>
      </w:r>
    </w:p>
    <w:p w14:paraId="23469EDC" w14:textId="42566C57" w:rsidR="00E7624C" w:rsidRPr="000609D7" w:rsidRDefault="00F63C22">
      <w:pPr>
        <w:rPr>
          <w:lang w:val="nl-NL"/>
        </w:rPr>
      </w:pPr>
      <w:r w:rsidRPr="000609D7">
        <w:rPr>
          <w:lang w:val="nl-NL"/>
        </w:rPr>
        <w:t xml:space="preserve">Name: </w:t>
      </w:r>
      <w:r w:rsidR="000609D7" w:rsidRPr="000609D7">
        <w:rPr>
          <w:lang w:val="nl-NL"/>
        </w:rPr>
        <w:t>Jing Wang</w:t>
      </w:r>
      <w:r w:rsidRPr="000609D7">
        <w:rPr>
          <w:lang w:val="nl-NL"/>
        </w:rPr>
        <w:br/>
      </w:r>
      <w:proofErr w:type="gramStart"/>
      <w:r w:rsidRPr="000609D7">
        <w:rPr>
          <w:lang w:val="nl-NL"/>
        </w:rPr>
        <w:t>Director /</w:t>
      </w:r>
      <w:proofErr w:type="gramEnd"/>
      <w:r w:rsidRPr="000609D7">
        <w:rPr>
          <w:lang w:val="nl-NL"/>
        </w:rPr>
        <w:t xml:space="preserve"> DSL</w:t>
      </w:r>
      <w:r w:rsidRPr="000609D7">
        <w:rPr>
          <w:lang w:val="nl-NL"/>
        </w:rPr>
        <w:br/>
      </w:r>
    </w:p>
    <w:p w14:paraId="67493224" w14:textId="77777777" w:rsidR="00E7624C" w:rsidRDefault="00F63C22">
      <w:r w:rsidRPr="000609D7">
        <w:rPr>
          <w:lang w:val="nl-NL"/>
        </w:rPr>
        <w:br/>
      </w:r>
      <w:r>
        <w:t>Signed by the Employee:</w:t>
      </w:r>
      <w:r>
        <w:br/>
      </w:r>
      <w:r>
        <w:br/>
        <w:t>___________________________   Date: ___________</w:t>
      </w:r>
    </w:p>
    <w:p w14:paraId="7E156F35" w14:textId="4376BDE8" w:rsidR="00E7624C" w:rsidRDefault="00F63C22">
      <w:r>
        <w:t xml:space="preserve">Name: </w:t>
      </w:r>
    </w:p>
    <w:sectPr w:rsidR="00E7624C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FA6E61"/>
    <w:multiLevelType w:val="multilevel"/>
    <w:tmpl w:val="7A78B7C4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24C"/>
    <w:rsid w:val="000609D7"/>
    <w:rsid w:val="00E25AF8"/>
    <w:rsid w:val="00E7624C"/>
    <w:rsid w:val="00F6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0F2E9"/>
  <w15:docId w15:val="{2DA7BFF4-2BD3-42A9-B6C6-A8FECF97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2"/>
        <w:szCs w:val="22"/>
        <w:lang w:val="en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" w:eastAsia="Calibri" w:hAnsi="Calibri" w:cs="Calibri"/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p/XkbBP1IMK3RH1uY2uPMnbJ/A==">CgMxLjA4AHIhMXo2ZENZX2JxVzl0MlUweFQ0cU10U0Y1MzVoQ3NsR0p4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cc</cp:lastModifiedBy>
  <cp:revision>3</cp:revision>
  <dcterms:created xsi:type="dcterms:W3CDTF">2026-06-03T15:31:00Z</dcterms:created>
  <dcterms:modified xsi:type="dcterms:W3CDTF">2026-06-03T15:40:00Z</dcterms:modified>
</cp:coreProperties>
</file>